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D6B"/>
          <w:sz w:val="24"/>
        </w:rPr>
        <w:t>teploobmennic.kz</w:t>
      </w:r>
    </w:p>
    <w:p>
      <w:pPr>
        <w:jc w:val="center"/>
      </w:pPr>
      <w:r>
        <w:rPr>
          <w:b/>
          <w:color w:val="0F7D6B"/>
          <w:sz w:val="30"/>
        </w:rPr>
        <w:t>ОПРОСНЫЙ ЛИСТ</w:t>
      </w:r>
    </w:p>
    <w:p>
      <w:pPr>
        <w:jc w:val="center"/>
      </w:pPr>
      <w:r>
        <w:rPr>
          <w:i/>
          <w:sz w:val="20"/>
        </w:rPr>
        <w:t>УФ-обеззараживание воды — подбор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F7D6B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Питьевая и сточная вода · нормы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 (РК)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адрес в РК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ОБЕЗЗАРАЖИВАНИЕ — ИСХОДНЫЕ ДАННЫЕ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 воды,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Тип воды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питьевая/сточная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Мутность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мг/л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Пропускание УФ, %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Требуемая доза / норматив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ТРЕБОВАНИЯ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Нужно: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Установка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Замена лампы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Автоматика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Монтаж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ТОО «Теплообменник.kz» · https://teploobmennic.kz</w:t>
        <w:br/>
        <w:t>PDF-версия этого опросного листа: https://teploobmennic.kz/spravochniki/oprosnye-listy/uf-obezzarazhivanie-vody-podbor.pdf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